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מי אני? – דמויות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זיהוי דמויות מרכזיות לפי רמזים ושיוכן לנושא.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https://historia-et-hachadasha.sites.tab.bot/mi-ani.html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הרמזים לקוחים מהמשחק "מי אני?" באתר.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אני?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מונטסקייה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ז'אן-ז'ק רוסו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וולטר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עמנואל קאנט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נפוליאון בונפרטה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שם ורמז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שיפרתי את מנוע הקיטור ורשמתי עליו פטנט ב-1769.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תרגמתי את התורה לגרמנית באותיות עבריות.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כתבתי: 'היה אדם בצאתך ואיש יהודי באוהלך'.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🕵️ מי אני? – דמויות – דף תרגול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מונטסקייה  |  ז'אן-ז'ק רוסו  |  וולטר  |  עמנואל קאנט  |  נפוליאון בונפרטה  |  ג'יימס וואט  |  משה מנדלסון  |  יהודה לייב גורדון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 אני?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קראו את הרמזים והקיפו את השם.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אני אציל צרפתי שחקר חוקים של עמים רבים. · ספרי 'רוח החוקים' יצא לאור ב-1748. · הצעתי לחלק את השלטון לשלוש רשויות. – מי אני?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וולטר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מונטסקייה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עמנואל קאנט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נולדתי בז'נבה וכתבתי גם על חינוך ילדים. · טענתי שהחוק צריך לבטא את 'הרצון הכללי'. · כתבתי את 'האמנה החברתית' (1762). – מי אני?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ז'אן-ז'ק רוסו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וולטר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משה מנדלסון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זה שם העט שלי, ושמי האמיתי שונה. · כתבתי מסה על הסובלנות. · נאבקתי למען חופש ביטוי ונגד רדיפה דתית. – מי אני?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וולטר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עמנואל קאנט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יהודה לייב גורדון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חייתי כל חיי בקניגסברג. · ב-1784 עניתי לשאלה 'מהי נאורות?'. · סיסמתי: 'העזו לדעת!'. – מי אני?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נפוליאון בונפרטה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ז'אן-ז'ק רוסו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עמנואל קאנט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הפצתי את חוקי צרפת בארצות שכבשתי. · שאלתי נכבדים יהודים אם הם רואים בצרפתים אחים. · כינסתי סנהדרין בפריז ב-1807. – מי אני?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עמנואל קאנט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משה מנדלסון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נפוליאון בונפרטה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שם ורמז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השם לרמז.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⚙️ ג'יימס וואט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תרגמתי את התורה לגרמנית באותיות עבריות.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📖 משה מנדלסון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שיפרתי את מנוע הקיטור ורשמתי עליו פטנט ב-1769.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✒️ יהודה לייב גורדון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כתבתי: 'היה אדם בצאתך ואיש יהודי באוהלך'.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בחרו דמות אחת וכתבו עליה משפט אחד: "אני... ועשיתי..."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הדמות שהכי מעניינת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שהיא עשתה: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שהייתי שואל/ת אותה: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 אני? – דמויות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