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הכנה למבחן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חזרה מסכמת לקראת המבחן על ארבעת הנושאים.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https://historia-et-hachadasha.sites.tab.bot/mivchan.html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דף הכנה למבחן – מבוסס על ארבעת נושאי המבחן באתר (נאורות, אמנציפציה, מהפכה תעשייתית, השכלה), באותו מבנה: ידע ומושגים, ציר זמן ומקור, הבנה וכתיבה.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פרסום 'מסה על הסובלנות' של וולטר – 1763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'שתי מסות על הממשל' של לוק – 1689 (שנת ההדפסה; על השער 1690)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שוויון ליהודי אוסטריה-הונגריה – 1867 (החוקה של דצמבר 1867)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קלרמון-טונר 1757–1792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'הצו המביש' של נפוליאון – 1808 (ל-10 שנים)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המצאת ה'ג'ני הטווה' – בסביבות 1764–1765 (פטנט 1770)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וואט – 1769; מנועים מסחריים – 1776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הנול המכני של קרטרייט – 1785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נפתלי הרץ ויזל 1725–1805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'הקיצה עמי' של יל"ג – 1863 (פורסם 1866)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'חינוך נערים' בברלין – 1778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פרסום תרגום מנדלסון 1780–1783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ידע ומושגים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היכולת האנושית לחשוב, לשפוט ולהסיק מסקנות באופן הגיוני – בסיס הידע לפי הנאורות.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זכויות שיש לכל אדם מעצם היותו אדם, כמו הזכות לחיים, לחירות ולרכוש.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מתן שוויון זכויות אזרחיות ופוליטיות לקבוצה שהייתה מופלית, כאן – ליהודים.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ניהול עצמי של הקהילה היהודית: בתי דין, גביית מסים ומוסדות חינוך משלה.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החלפת עבודת ידיים בעבודה של מכונות.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ריכוז עובדים ומכונות במבנה אחד, תחת פיקוח ובשעות עבודה קבועות.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תנועה יהודית שקראה לשלב השכלה כללית ותרבות אירופית בחיים היהודיים.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איש תנועת ההשכלה, שלמד גם לימודים כלליים ופעל להפצתם.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מיון מושגים לפי נושא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עידן הנאורות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ריבונות העם, הפרדת רשויות, סובלנות דתית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האמנציפציה – שוויון זכויות ליהודים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'העסקה' של האמנציפציה, אספת הנכבדים, הסנהדרין של נפוליאון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התעשייתית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עיור, מעמד הפועלים, בורגנות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תנועת ההשכלה היהודית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'המאסף', תורת האדם, חינוך מודרני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ציר 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ג'ון לוק מפרסם את 'שתי מסות על הממשל'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וולטר מפרסם את 'מסה על הסובלנות'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ג'יימס וואט רושם פטנט על מנוע קיטור משופר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מנדלסון ושותפיו מוציאים את תרגום התורה לגרמנית עם ה'ביאור'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מותו של משה מנדלסון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ההכרזה על זכויות האדם והאזרח; הוויכוח באספה הלאומית על היהודים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כינוס ה'סנהדרין' בפריז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נפתחת מסילת הברזל סטוקטון–דרלינגטון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סיבה ותוצאה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הוגי הנאורות ניסו להחיל את התבונה גם על החברה, על המשפט ועל השלטון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עלתה השאלה אם להעניק שוויון זכויות גם ליהודים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המהפכה התעשייתית החלה בבריטניה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קמה תנועת ההשכלה בברלין בסוף המאה ה-18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ניתוח מקור: ויכוח באספה הלאומית, 1789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מציע לתת להם את כל הזכויות כבני אדם (כיחידים, כאזרחים), אך אינו מוכן לתת להם מעמד של אומה נפרדת עם שופטים וחוקים משלהם.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השוויון ניתן בתנאי: היהודים יקבלו זכויות מלאות כיחידים, ובתמורה יוותרו על האוטונומיה הקהילתית ועל הזהות הלאומית הנפרדת וישתלבו כאזרחים.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שאלת חיבור לתרגול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טענה, שתי דוגמאות נכונות מוסברות, מבנה פתיחה-גוף-סיכום, שימוש במושגים.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📝 הכנה למבחן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ידע ומושגים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ההגדרה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המושג "תבונה (רציונליזם)"?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זכויות שיש לכל אדם מעצם היותו אדם, כמו הזכות לחיים, לחירות ולרכוש.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מפעל ספרים צרפתי רב-כרכים שנועד לאסוף את הידע האנושי ולהפיצו.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היכולת האנושית לחשוב, לשפוט ולהסיק מסקנות באופן הגיוני – בסיס הידע לפי הנאורות.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נכונות לאפשר לבני דתות ואמונות שונות לחיות לפי דרכם בלי רדיפה.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"זכויות טבעיות"?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מפעל ספרים צרפתי רב-כרכים שנועד לאסוף את הידע האנושי ולהפיצו.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זכויות שיש לכל אדם מעצם היותו אדם, כמו הזכות לחיים, לחירות ולרכוש.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חלוקת השלטון לשלוש רשויות – מחוקקת, מבצעת ושופטת – המגבילות זו את זו.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היכולת האנושית לחשוב, לשפוט ולהסיק מסקנות באופן הגיוני – בסיס הידע לפי הנאורות.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"אמנציפציה"?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מתן שוויון זכויות אזרחיות ופוליטיות לקבוצה שהייתה מופלית, כאן – ליהודים.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רובע נפרד בעיר שבו חויבו היהודים לגור, בדרך כלל מוקף חומה ושערים.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היטמעות בתרבות הרוב עד כדי טשטוש או נטישה של הזהות היהודית.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כינוס של נציגים יהודים שכינס נפוליאון ב-1806 כדי לבחון את נאמנותם למדינה.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פירוש המושג "אוטונומיה קהילתית"?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מעמד של חבר במדינה, הכולל זכויות (כמו הצבעה) וחובות (כמו מסים).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היטמעות בתרבות הרוב עד כדי טשטוש או נטישה של הזהות היהודית.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ניהול עצמי של הקהילה היהודית: בתי דין, גביית מסים ומוסדות חינוך משלה.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כינוס של נציגים יהודים שכינס נפוליאון ב-1806 כדי לבחון את נאמנותם למדינה.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פירוש המושג "מיכון"?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מכונה הממירה את כוח הקיטור מחימום מים לתנועה; מקור אנרגיה מרכזי בתקופה.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מעבר של אוכלוסייה מהכפר לעיר וגידול מהיר של הערים.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שכבה חברתית חדשה של עובדים שכירים במפעלים, שחיו משכרם בלבד.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החלפת עבודת ידיים בעבודה של מכונות.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פירוש המושג "שיטת המפעל"?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שינויים בשיטות החקלאות שהגדילו את התנובה ושחררו עובדים לעבודה בתעשייה.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ארגון של עובדים הפועל לשיפור שכרם ותנאי עבודתם.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מכונה הממירה את כוח הקיטור מחימום מים לתנועה; מקור אנרגיה מרכזי בתקופה.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ריכוז עובדים ומכונות במבנה אחד, תחת פיקוח ובשעות עבודה קבועות.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פירוש המושג "השכלה"?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הקריאה של המשכילים לעבור לעיסוקים 'יצרניים' כמו מלאכה וחקלאות.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תנועה יהודית שקראה לשלב השכלה כללית ותרבות אירופית בחיים היהודיים.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איש תנועת ההשכלה, שלמד גם לימודים כלליים ופעל להפצתם.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רבנים ומנהיגי קהילות שחששו שההשכלה תפגע במסורת ותוביל להתבוללות.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מה פירוש המושג "משכיל"?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איש תנועת ההשכלה, שלמד גם לימודים כלליים ופעל להפצתם.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רבנים ומנהיגי קהילות שחששו שההשכלה תפגע במסורת ותוביל להתבוללות.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מונח של ויזל לידע הכללי – מוסר, שפות, מדעים ומקצועות.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חקר תולדות היהודים, ספרותם ומסורתם בשיטות מחקר מודרניות.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מיון מושגים לפי נושא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מושג בעמודת הנושא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'המאסף'  |  הפרדת רשויות  |  מעמד הפועלים  |  עיור  |  ריבונות העם  |  סובלנות דתית  |  תורת האדם  |  אספת הנכבדים  |  חינוך מודרני  |  הסנהדרין של נפוליאון  |  'העסקה' של האמנציפציה  |  בורגנות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עידן הנאורות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האמנציפציה – שוויון זכויות ליהודים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המהפכה התעשייתית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תנועת ההשכלה היהודית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ציר זמן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האירועים לפי סדר הזמן.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ג'יימס וואט רושם פטנט על מנוע קיטור משופר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ההכרזה על זכויות האדם והאזרח; הוויכוח באספה הלאומית על היהודים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נפתחת מסילת הברזל סטוקטון–דרלינגטון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ג'ון לוק מפרסם את 'שתי מסות על הממשל'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מותו של משה מנדלסון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כינוס ה'סנהדרין' בפריז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וולטר מפרסם את 'מסה על הסובלנות'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מנדלסון ושותפיו מוציאים את תרגום התורה לגרמנית עם ה'ביאור'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סיבה ותוצאה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סיבה לתוצאה.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המדעית הראתה שאפשר לגלות חוקים בטבע באמצעות תבונה וניסוי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המהפכה התעשייתית החלה בבריטניה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רעיונות הנאורות על שוויון וזכויות טבעיות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קמה תנועת ההשכלה בברלין בסוף המאה ה-18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מרבצי פחם וברזל, הון ממסחר ושלטון יציב בבריטניה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הוגי הנאורות ניסו להחיל את התבונה גם על החברה, על המשפט ועל השלטון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השפעת הנאורות האירופית והמפגש של יהודי ברלין עם התרבות הגרמנית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עלתה השאלה אם להעניק שוויון זכויות גם ליהודים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ניתוח מקור: ויכוח באספה הלאומית, 1789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המקור וענו.</w:t>
        <w:br/>
        <w:t>על פי רעיונותיו של קלרמון-טונר: אומרים לנו שהיהודים מבקשים להיות נפרדים – יש להם שופטים משלהם וחוקים משלהם. אני אומר: ליהודים כאומה – לא ניתן דבר; ליהודים כבני אדם – ניתן הכול. אין זה מתקבל על הדעת שתהיה בתוך המדינה אומה נפרדת. על היהודים להיות אזרחים כמו כולם. אם אינם רוצים בכך – שיאמרו זאת. אבל איש לא יגזור על אדם שלא יהיה אזרח רק בגלל דתו.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מציע הדובר לתת ליהודים, ומה הוא אינו מוכן לתת להם?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הסבירו כיצד המקור מבטא את 'העסקה' של האמנציפציה.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שאלת חיבור לתרגול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אחד מארבעת הנושאים והסבירו כיצד הוא שינה את חייהם של היהודים או של החברה באירופה. כתבו 8–10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פתיחה: טענה מרכזית.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גוף: שתי דוגמאות (אירוע, מושג או דמות) עם הסבר.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סיכום: משפט שחוזר לטענה.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הנושא שאני הכי מוכן/ה אליו: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הנושא שאחזור עליו: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לשאול את המורה לפני המבחן: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הכנה למבחן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